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jc w:val="center"/>
      </w:pPr>
      <w:r>
        <w:rPr>
          <w:b w:val="0"/>
        </w:rPr>
        <w:t>Northwest Bible Church - July 26, 2026 - Isaiah - Daniel Deeds</w:t>
      </w:r>
    </w:p>
    <w:p>
      <w:pPr>
        <w:spacing w:before="0" w:after="0" w:line="240" w:lineRule="auto"/>
        <w:jc w:val="center"/>
      </w:pPr>
      <w:r>
        <w:rPr>
          <w:b/>
        </w:rPr>
        <w:t>Isaiah 61:1-4</w:t>
      </w:r>
    </w:p>
    <w:p>
      <w:pPr>
        <w:spacing w:before="0" w:after="0" w:line="240" w:lineRule="auto"/>
        <w:jc w:val="center"/>
      </w:pPr>
      <w:r>
        <w:rPr>
          <w:b w:val="0"/>
        </w:rPr>
        <w:t>The Myth of an Indifferent God</w:t>
      </w:r>
    </w:p>
    <w:p>
      <w:pPr>
        <w:spacing w:before="0" w:after="0" w:line="240" w:lineRule="auto"/>
        <w:jc w:val="left"/>
      </w:pPr>
      <w:r>
        <w:rPr>
          <w:b w:val="0"/>
        </w:rPr>
      </w:r>
    </w:p>
    <w:p>
      <w:pPr>
        <w:spacing w:before="0" w:after="0" w:line="240" w:lineRule="auto"/>
        <w:jc w:val="left"/>
      </w:pPr>
      <w:r>
        <w:rPr>
          <w:b w:val="0"/>
        </w:rPr>
        <w:t>Isaiah 61:1 The Spirit of the Lord GOD is upon me, Because the LORD</w:t>
      </w:r>
    </w:p>
    <w:p>
      <w:pPr>
        <w:spacing w:before="0" w:after="0" w:line="240" w:lineRule="auto"/>
        <w:jc w:val="left"/>
      </w:pPr>
      <w:r>
        <w:rPr>
          <w:b w:val="0"/>
        </w:rPr>
        <w:t>has anointed me To bring good news to the afflicted; He has sent me to bind up</w:t>
      </w:r>
    </w:p>
    <w:p>
      <w:pPr>
        <w:spacing w:before="0" w:after="0" w:line="240" w:lineRule="auto"/>
        <w:jc w:val="left"/>
      </w:pPr>
      <w:r>
        <w:rPr>
          <w:b w:val="0"/>
        </w:rPr>
        <w:t>the brokenhearted, To proclaim liberty to captives And freedom to prisoners; 2</w:t>
      </w:r>
    </w:p>
    <w:p>
      <w:pPr>
        <w:spacing w:before="0" w:after="0" w:line="240" w:lineRule="auto"/>
        <w:jc w:val="left"/>
      </w:pPr>
      <w:r>
        <w:rPr>
          <w:b w:val="0"/>
        </w:rPr>
        <w:t>To proclaim the favorable year of the LORD And the day of vengeance of our God;</w:t>
      </w:r>
    </w:p>
    <w:p>
      <w:pPr>
        <w:spacing w:before="0" w:after="0" w:line="240" w:lineRule="auto"/>
        <w:jc w:val="left"/>
      </w:pPr>
      <w:r>
        <w:rPr>
          <w:b w:val="0"/>
        </w:rPr>
        <w:t>To comfort all who mourn, 3 To grant those who mourn in Zion, Giving them</w:t>
      </w:r>
    </w:p>
    <w:p>
      <w:pPr>
        <w:spacing w:before="0" w:after="0" w:line="240" w:lineRule="auto"/>
        <w:jc w:val="left"/>
      </w:pPr>
      <w:r>
        <w:rPr>
          <w:b w:val="0"/>
        </w:rPr>
        <w:t>a garland instead of ashes, The oil of gladness instead of mourning,</w:t>
      </w:r>
    </w:p>
    <w:p>
      <w:pPr>
        <w:spacing w:before="0" w:after="0" w:line="240" w:lineRule="auto"/>
        <w:jc w:val="left"/>
      </w:pPr>
      <w:r>
        <w:rPr>
          <w:b w:val="0"/>
        </w:rPr>
        <w:t>The mantle of praise instead of a spirit of fainting. So they will</w:t>
      </w:r>
    </w:p>
    <w:p>
      <w:pPr>
        <w:spacing w:before="0" w:after="0" w:line="240" w:lineRule="auto"/>
        <w:jc w:val="left"/>
      </w:pPr>
      <w:r>
        <w:rPr>
          <w:b w:val="0"/>
        </w:rPr>
        <w:t>be called oaks of righteousness, The planting of the LORD, that He may be glorified.</w:t>
      </w:r>
    </w:p>
    <w:p>
      <w:pPr>
        <w:spacing w:before="0" w:after="0" w:line="240" w:lineRule="auto"/>
        <w:jc w:val="left"/>
      </w:pPr>
      <w:r>
        <w:rPr>
          <w:b w:val="0"/>
        </w:rPr>
        <w:t>John 16:1 "These things I have spoken to you so that you may be kept from stumbling.</w:t>
      </w:r>
    </w:p>
    <w:p>
      <w:pPr>
        <w:spacing w:before="0" w:after="0" w:line="240" w:lineRule="auto"/>
        <w:jc w:val="left"/>
      </w:pPr>
      <w:r>
        <w:rPr>
          <w:b w:val="0"/>
        </w:rPr>
        <w:t>2 "They will make you outcasts from the synagogue, but an hour is coming for</w:t>
      </w:r>
    </w:p>
    <w:p>
      <w:pPr>
        <w:spacing w:before="0" w:after="0" w:line="240" w:lineRule="auto"/>
        <w:jc w:val="left"/>
      </w:pPr>
      <w:r>
        <w:rPr>
          <w:b w:val="0"/>
        </w:rPr>
        <w:t>everyone who kills you to think that he is offering service to God. 3 "These things they</w:t>
      </w:r>
    </w:p>
    <w:p>
      <w:pPr>
        <w:spacing w:before="0" w:after="0" w:line="240" w:lineRule="auto"/>
        <w:jc w:val="left"/>
      </w:pPr>
      <w:r>
        <w:rPr>
          <w:b w:val="0"/>
        </w:rPr>
        <w:t>will do because they have not known the Father or Me. 4 "But these things I</w:t>
      </w:r>
    </w:p>
    <w:p>
      <w:pPr>
        <w:spacing w:before="0" w:after="0" w:line="240" w:lineRule="auto"/>
        <w:jc w:val="left"/>
      </w:pPr>
      <w:r>
        <w:rPr>
          <w:b w:val="0"/>
        </w:rPr>
        <w:t>have spoken to you, so that when their hour comes, you may remember that I told you</w:t>
      </w:r>
    </w:p>
    <w:p>
      <w:pPr>
        <w:spacing w:before="0" w:after="0" w:line="240" w:lineRule="auto"/>
        <w:jc w:val="left"/>
      </w:pPr>
      <w:r>
        <w:rPr>
          <w:b w:val="0"/>
        </w:rPr>
        <w:t>of them. These things I did not say to you at the beginning, because I was with you.</w:t>
      </w:r>
    </w:p>
    <w:p>
      <w:pPr>
        <w:spacing w:before="0" w:after="0" w:line="240" w:lineRule="auto"/>
        <w:jc w:val="left"/>
      </w:pPr>
      <w:r>
        <w:rPr>
          <w:b w:val="0"/>
        </w:rPr>
        <w:t>John 16:33 "These things I have spoken to you, so that in Me you may have peace. In</w:t>
      </w:r>
    </w:p>
    <w:p>
      <w:pPr>
        <w:spacing w:before="0" w:after="0" w:line="240" w:lineRule="auto"/>
        <w:jc w:val="left"/>
      </w:pPr>
      <w:r>
        <w:rPr>
          <w:b w:val="0"/>
        </w:rPr>
        <w:t>the world you have tribulation, but take courage; I have overcome the world.”</w:t>
      </w:r>
    </w:p>
    <w:p>
      <w:pPr>
        <w:spacing w:before="0" w:after="0" w:line="240" w:lineRule="auto"/>
        <w:jc w:val="left"/>
      </w:pPr>
      <w:r>
        <w:rPr>
          <w:b w:val="0"/>
        </w:rPr>
        <w:t>John 16:16 "A little while, and you will no longer see Me; and again a little while,</w:t>
      </w:r>
    </w:p>
    <w:p>
      <w:pPr>
        <w:spacing w:before="0" w:after="0" w:line="240" w:lineRule="auto"/>
        <w:jc w:val="left"/>
      </w:pPr>
      <w:r>
        <w:rPr>
          <w:b w:val="0"/>
        </w:rPr>
        <w:t>and you will see Me.” 17 Some of His disciples then said to one another,</w:t>
      </w:r>
    </w:p>
    <w:p>
      <w:pPr>
        <w:spacing w:before="0" w:after="0" w:line="240" w:lineRule="auto"/>
        <w:jc w:val="left"/>
      </w:pPr>
      <w:r>
        <w:rPr>
          <w:b w:val="0"/>
        </w:rPr>
        <w:t>"What is this thing He is telling us, 'A little while, and you will not see Me;</w:t>
      </w:r>
    </w:p>
    <w:p>
      <w:pPr>
        <w:spacing w:before="0" w:after="0" w:line="240" w:lineRule="auto"/>
        <w:jc w:val="left"/>
      </w:pPr>
      <w:r>
        <w:rPr>
          <w:b w:val="0"/>
        </w:rPr>
        <w:t>and again a little while, and you will see Me'; and, 'because I go to the Father’?"</w:t>
      </w:r>
    </w:p>
    <w:p>
      <w:pPr>
        <w:spacing w:before="0" w:after="0" w:line="240" w:lineRule="auto"/>
        <w:jc w:val="left"/>
      </w:pPr>
      <w:r>
        <w:rPr>
          <w:b w:val="0"/>
        </w:rPr>
        <w:t>18 So they were saying, "What is this that He says, 'A little while'? We do not know</w:t>
      </w:r>
    </w:p>
    <w:p>
      <w:pPr>
        <w:spacing w:before="0" w:after="0" w:line="240" w:lineRule="auto"/>
        <w:jc w:val="left"/>
      </w:pPr>
      <w:r>
        <w:rPr>
          <w:b w:val="0"/>
        </w:rPr>
        <w:t>what He is talking about."</w:t>
      </w:r>
    </w:p>
    <w:p>
      <w:pPr>
        <w:spacing w:before="0" w:after="0" w:line="240" w:lineRule="auto"/>
        <w:jc w:val="left"/>
      </w:pPr>
      <w:r>
        <w:rPr>
          <w:b w:val="0"/>
        </w:rPr>
        <w:t>19 Jesus knew that they wished to question Him, and He said to them, "Are</w:t>
      </w:r>
    </w:p>
    <w:p>
      <w:pPr>
        <w:spacing w:before="0" w:after="0" w:line="240" w:lineRule="auto"/>
        <w:jc w:val="left"/>
      </w:pPr>
      <w:r>
        <w:rPr>
          <w:b w:val="0"/>
        </w:rPr>
        <w:t>you deliberating together about this, that I said, 'A little while, and you will not see Me,</w:t>
      </w:r>
    </w:p>
    <w:p>
      <w:pPr>
        <w:spacing w:before="0" w:after="0" w:line="240" w:lineRule="auto"/>
        <w:jc w:val="left"/>
      </w:pPr>
      <w:r>
        <w:rPr>
          <w:b w:val="0"/>
        </w:rPr>
        <w:t>and again a little while, and you will see Me’? 20 "Truly, truly, I say to you, that you</w:t>
      </w:r>
    </w:p>
    <w:p>
      <w:pPr>
        <w:spacing w:before="0" w:after="0" w:line="240" w:lineRule="auto"/>
        <w:jc w:val="left"/>
      </w:pPr>
      <w:r>
        <w:rPr>
          <w:b w:val="0"/>
        </w:rPr>
        <w:t>will weep and lament, but the world will rejoice; you will grieve, but your grief will</w:t>
      </w:r>
    </w:p>
    <w:p>
      <w:pPr>
        <w:spacing w:before="0" w:after="0" w:line="240" w:lineRule="auto"/>
        <w:jc w:val="left"/>
      </w:pPr>
      <w:r>
        <w:rPr>
          <w:b w:val="0"/>
        </w:rPr>
        <w:t>be turned into joy.</w:t>
      </w:r>
    </w:p>
    <w:p>
      <w:pPr>
        <w:spacing w:before="0" w:after="0" w:line="240" w:lineRule="auto"/>
        <w:jc w:val="left"/>
      </w:pPr>
      <w:r>
        <w:rPr>
          <w:b w:val="0"/>
        </w:rPr>
        <w:t>21 "Whenever a woman is in labor she has pain, because her hour has</w:t>
      </w:r>
    </w:p>
    <w:p>
      <w:pPr>
        <w:spacing w:before="0" w:after="0" w:line="240" w:lineRule="auto"/>
        <w:jc w:val="left"/>
      </w:pPr>
      <w:r>
        <w:rPr>
          <w:b w:val="0"/>
        </w:rPr>
        <w:t>come; but when she gives birth to the child, she no longer remembers</w:t>
      </w:r>
    </w:p>
    <w:p>
      <w:pPr>
        <w:spacing w:before="0" w:after="0" w:line="240" w:lineRule="auto"/>
        <w:jc w:val="left"/>
      </w:pPr>
      <w:r>
        <w:rPr>
          <w:b w:val="0"/>
        </w:rPr>
        <w:t>the anguish because of the joy that a child has been born into the world.</w:t>
      </w:r>
    </w:p>
    <w:p>
      <w:pPr>
        <w:spacing w:before="0" w:after="0" w:line="240" w:lineRule="auto"/>
        <w:jc w:val="left"/>
      </w:pPr>
      <w:r>
        <w:rPr>
          <w:b w:val="0"/>
        </w:rPr>
        <w:t>22 "Therefore you too have grief now; but I will see you again, and</w:t>
      </w:r>
    </w:p>
    <w:p>
      <w:pPr>
        <w:spacing w:before="0" w:after="0" w:line="240" w:lineRule="auto"/>
        <w:jc w:val="left"/>
      </w:pPr>
      <w:r>
        <w:rPr>
          <w:b w:val="0"/>
        </w:rPr>
        <w:t>your heart will rejoice, and no one will take your joy away from you.</w:t>
      </w:r>
    </w:p>
    <w:p>
      <w:pPr>
        <w:spacing w:before="0" w:after="0" w:line="240" w:lineRule="auto"/>
        <w:jc w:val="left"/>
      </w:pPr>
      <w:r>
        <w:rPr>
          <w:b w:val="0"/>
        </w:rPr>
        <w:t>Isaiah 40:1 "Comfort, O comfort My people," says your God. 2</w:t>
      </w:r>
    </w:p>
    <w:p>
      <w:pPr>
        <w:spacing w:before="0" w:after="0" w:line="240" w:lineRule="auto"/>
        <w:jc w:val="left"/>
      </w:pPr>
      <w:r>
        <w:rPr>
          <w:b w:val="0"/>
        </w:rPr>
        <w:t>"Speak kindly to Jerusalem; And call out to her, that her warfare has ended, That</w:t>
      </w:r>
    </w:p>
    <w:p>
      <w:pPr>
        <w:spacing w:before="0" w:after="0" w:line="240" w:lineRule="auto"/>
        <w:jc w:val="left"/>
      </w:pPr>
      <w:r>
        <w:rPr>
          <w:b w:val="0"/>
        </w:rPr>
        <w:t>her iniquity has been removed, That she has received of the LORD'S hand</w:t>
      </w:r>
    </w:p>
    <w:p>
      <w:pPr>
        <w:spacing w:before="0" w:after="0" w:line="240" w:lineRule="auto"/>
        <w:jc w:val="left"/>
      </w:pPr>
      <w:r>
        <w:rPr>
          <w:b w:val="0"/>
        </w:rPr>
        <w:t>Double for all her sins."</w:t>
      </w:r>
    </w:p>
    <w:p>
      <w:pPr>
        <w:spacing w:before="0" w:after="0" w:line="240" w:lineRule="auto"/>
        <w:jc w:val="left"/>
      </w:pPr>
      <w:r>
        <w:rPr>
          <w:b w:val="0"/>
        </w:rPr>
        <w:t>…</w:t>
      </w:r>
    </w:p>
    <w:p>
      <w:pPr>
        <w:spacing w:before="0" w:after="0" w:line="240" w:lineRule="auto"/>
        <w:jc w:val="left"/>
      </w:pPr>
      <w:r>
        <w:rPr>
          <w:b w:val="0"/>
        </w:rPr>
      </w:r>
    </w:p>
    <w:p>
      <w:pPr>
        <w:spacing w:before="0" w:after="0" w:line="240" w:lineRule="auto"/>
        <w:jc w:val="left"/>
      </w:pPr>
      <w:r>
        <w:rPr>
          <w:b w:val="0"/>
        </w:rPr>
        <w:t>9 Get yourself up on a high mountain, O Zion, bearer of good news, Lift up</w:t>
      </w:r>
    </w:p>
    <w:p>
      <w:pPr>
        <w:spacing w:before="0" w:after="0" w:line="240" w:lineRule="auto"/>
        <w:jc w:val="left"/>
      </w:pPr>
      <w:r>
        <w:rPr>
          <w:b w:val="0"/>
        </w:rPr>
        <w:t>your voice mightily, O Jerusalem, bearer of good news; Lift it up, do not fear. Say to</w:t>
      </w:r>
    </w:p>
    <w:p>
      <w:pPr>
        <w:spacing w:before="0" w:after="0" w:line="240" w:lineRule="auto"/>
        <w:jc w:val="left"/>
      </w:pPr>
      <w:r>
        <w:rPr>
          <w:b w:val="0"/>
        </w:rPr>
        <w:t>the cities of Judah, "Here is your God!"</w:t>
      </w:r>
    </w:p>
    <w:p>
      <w:pPr>
        <w:spacing w:before="0" w:after="0" w:line="240" w:lineRule="auto"/>
        <w:jc w:val="left"/>
      </w:pPr>
      <w:r>
        <w:rPr>
          <w:b w:val="0"/>
        </w:rPr>
        <w:t>10 Behold, the Lord GOD will come with might, With His arm ruling for Him. Behold,</w:t>
      </w:r>
    </w:p>
    <w:p>
      <w:pPr>
        <w:spacing w:before="0" w:after="0" w:line="240" w:lineRule="auto"/>
        <w:jc w:val="left"/>
      </w:pPr>
      <w:r>
        <w:rPr>
          <w:b w:val="0"/>
        </w:rPr>
        <w:t>His reward is with Him And His recompense before Him.</w:t>
      </w:r>
    </w:p>
    <w:p>
      <w:pPr>
        <w:spacing w:before="0" w:after="0" w:line="240" w:lineRule="auto"/>
        <w:jc w:val="left"/>
      </w:pPr>
      <w:r>
        <w:rPr>
          <w:b w:val="0"/>
        </w:rPr>
        <w:t>11 Like a shepherd He will tend His flock, In His arm He will gather the lambs</w:t>
      </w:r>
    </w:p>
    <w:p>
      <w:pPr>
        <w:spacing w:before="0" w:after="0" w:line="240" w:lineRule="auto"/>
        <w:jc w:val="left"/>
      </w:pPr>
      <w:r>
        <w:rPr>
          <w:b w:val="0"/>
        </w:rPr>
        <w:t>And carry them in His bosom; He will gently lead the nursing ewes.</w:t>
      </w:r>
    </w:p>
    <w:p>
      <w:pPr>
        <w:spacing w:before="0" w:after="0" w:line="240" w:lineRule="auto"/>
        <w:jc w:val="left"/>
      </w:pPr>
      <w:r>
        <w:rPr>
          <w:b w:val="0"/>
        </w:rPr>
        <w:t>12 Who has measured the waters in the hollow of His hand,</w:t>
      </w:r>
    </w:p>
    <w:p>
      <w:pPr>
        <w:spacing w:before="0" w:after="0" w:line="240" w:lineRule="auto"/>
        <w:jc w:val="left"/>
      </w:pPr>
      <w:r>
        <w:rPr>
          <w:b w:val="0"/>
        </w:rPr>
        <w:t>And marked off the heavens by the span, And calculated the dust of the earth by</w:t>
      </w:r>
    </w:p>
    <w:p>
      <w:pPr>
        <w:spacing w:before="0" w:after="0" w:line="240" w:lineRule="auto"/>
        <w:jc w:val="left"/>
      </w:pPr>
      <w:r>
        <w:rPr>
          <w:b w:val="0"/>
        </w:rPr>
        <w:t>the measure, And weighed the mountains in a balance And the hills in a pair of scales?</w:t>
      </w:r>
    </w:p>
    <w:p>
      <w:pPr>
        <w:spacing w:before="0" w:after="0" w:line="240" w:lineRule="auto"/>
        <w:jc w:val="left"/>
      </w:pPr>
      <w:r>
        <w:rPr>
          <w:b w:val="0"/>
        </w:rPr>
        <w:t>13 Who has directed the Spirit of the LORD, Or as His counselor has informed Him?</w:t>
      </w:r>
    </w:p>
    <w:p>
      <w:pPr>
        <w:spacing w:before="0" w:after="0" w:line="240" w:lineRule="auto"/>
        <w:jc w:val="left"/>
      </w:pPr>
      <w:r>
        <w:rPr>
          <w:b w:val="0"/>
        </w:rPr>
        <w:t>14 With whom did He consult and who gave Him understanding? And who taught Him</w:t>
      </w:r>
    </w:p>
    <w:p>
      <w:pPr>
        <w:spacing w:before="0" w:after="0" w:line="240" w:lineRule="auto"/>
        <w:jc w:val="left"/>
      </w:pPr>
      <w:r>
        <w:rPr>
          <w:b w:val="0"/>
        </w:rPr>
        <w:t>in the path of justice and taught Him knowledge And informed Him of</w:t>
      </w:r>
    </w:p>
    <w:p>
      <w:pPr>
        <w:spacing w:before="0" w:after="0" w:line="240" w:lineRule="auto"/>
        <w:jc w:val="left"/>
      </w:pPr>
      <w:r>
        <w:rPr>
          <w:b w:val="0"/>
        </w:rPr>
        <w:t>the way of understanding?</w:t>
      </w:r>
    </w:p>
    <w:p>
      <w:pPr>
        <w:spacing w:before="0" w:after="0" w:line="240" w:lineRule="auto"/>
        <w:jc w:val="left"/>
      </w:pPr>
      <w:r>
        <w:rPr>
          <w:b w:val="0"/>
        </w:rPr>
        <w:t>15 Behold, the nations are like a drop from a bucket, And are regarded as</w:t>
      </w:r>
    </w:p>
    <w:p>
      <w:pPr>
        <w:spacing w:before="0" w:after="0" w:line="240" w:lineRule="auto"/>
        <w:jc w:val="left"/>
      </w:pPr>
      <w:r>
        <w:rPr>
          <w:b w:val="0"/>
        </w:rPr>
        <w:t>a speck of dust on the scales; Behold, He lifts up the islands like fine dust.</w:t>
      </w:r>
    </w:p>
    <w:p>
      <w:pPr>
        <w:spacing w:before="0" w:after="0" w:line="240" w:lineRule="auto"/>
        <w:jc w:val="left"/>
      </w:pPr>
      <w:r>
        <w:rPr>
          <w:b w:val="0"/>
        </w:rPr>
        <w:t>16 Even Lebanon is not enough to burn, Nor its beasts enough for a burnt offering.</w:t>
      </w:r>
    </w:p>
    <w:p>
      <w:pPr>
        <w:spacing w:before="0" w:after="0" w:line="240" w:lineRule="auto"/>
        <w:jc w:val="left"/>
      </w:pPr>
      <w:r>
        <w:rPr>
          <w:b w:val="0"/>
        </w:rPr>
        <w:t>17 All the nations are as nothing before Him, They are regarded by Him</w:t>
      </w:r>
    </w:p>
    <w:p>
      <w:pPr>
        <w:spacing w:before="0" w:after="0" w:line="240" w:lineRule="auto"/>
        <w:jc w:val="left"/>
      </w:pPr>
      <w:r>
        <w:rPr>
          <w:b w:val="0"/>
        </w:rPr>
        <w:t>as less than nothing and meaningless.</w:t>
      </w:r>
    </w:p>
    <w:p>
      <w:pPr>
        <w:spacing w:before="0" w:after="0" w:line="240" w:lineRule="auto"/>
        <w:jc w:val="left"/>
      </w:pPr>
      <w:r>
        <w:rPr>
          <w:b w:val="0"/>
        </w:rPr>
        <w:t>18 To whom then will you liken God? Or what likeness will you compare with Him?</w:t>
      </w:r>
    </w:p>
    <w:p>
      <w:pPr>
        <w:spacing w:before="0" w:after="0" w:line="240" w:lineRule="auto"/>
        <w:jc w:val="left"/>
      </w:pPr>
      <w:r>
        <w:rPr>
          <w:b w:val="0"/>
        </w:rPr>
        <w:t>19 As for the idol, a craftsman casts it, A goldsmith plates it with gold, And</w:t>
      </w:r>
    </w:p>
    <w:p>
      <w:pPr>
        <w:spacing w:before="0" w:after="0" w:line="240" w:lineRule="auto"/>
        <w:jc w:val="left"/>
      </w:pPr>
      <w:r>
        <w:rPr>
          <w:b w:val="0"/>
        </w:rPr>
        <w:t>a silversmith fashions chains of silver.</w:t>
      </w:r>
    </w:p>
    <w:p>
      <w:pPr>
        <w:spacing w:before="0" w:after="0" w:line="240" w:lineRule="auto"/>
        <w:jc w:val="left"/>
      </w:pPr>
      <w:r>
        <w:rPr>
          <w:b w:val="0"/>
        </w:rPr>
        <w:t>20 He who is too impoverished for such an offering Selects a tree that does not rot;</w:t>
      </w:r>
    </w:p>
    <w:p>
      <w:pPr>
        <w:spacing w:before="0" w:after="0" w:line="240" w:lineRule="auto"/>
        <w:jc w:val="left"/>
      </w:pPr>
      <w:r>
        <w:rPr>
          <w:b w:val="0"/>
        </w:rPr>
        <w:t>He seeks out for himself a skillful craftsman To prepare an idol that will not totter.</w:t>
      </w:r>
    </w:p>
    <w:p>
      <w:pPr>
        <w:spacing w:before="0" w:after="0" w:line="240" w:lineRule="auto"/>
        <w:jc w:val="left"/>
      </w:pPr>
      <w:r>
        <w:rPr>
          <w:b w:val="0"/>
        </w:rPr>
        <w:t>21 Do you not know? Have you not heard? Has it not been declared to you from</w:t>
      </w:r>
    </w:p>
    <w:p>
      <w:pPr>
        <w:spacing w:before="0" w:after="0" w:line="240" w:lineRule="auto"/>
        <w:jc w:val="left"/>
      </w:pPr>
      <w:r>
        <w:rPr>
          <w:b w:val="0"/>
        </w:rPr>
        <w:t>the beginning? Have you not understood from the foundations of the earth?</w:t>
      </w:r>
    </w:p>
    <w:p>
      <w:pPr>
        <w:spacing w:before="0" w:after="0" w:line="240" w:lineRule="auto"/>
        <w:jc w:val="left"/>
      </w:pPr>
      <w:r>
        <w:rPr>
          <w:b w:val="0"/>
        </w:rPr>
        <w:t>22 It is He who sits above the circle of the earth, And its inhabitants are</w:t>
      </w:r>
    </w:p>
    <w:p>
      <w:pPr>
        <w:spacing w:before="0" w:after="0" w:line="240" w:lineRule="auto"/>
        <w:jc w:val="left"/>
      </w:pPr>
      <w:r>
        <w:rPr>
          <w:b w:val="0"/>
        </w:rPr>
        <w:t>like grasshoppers, Who stretches out the heavens like a curtain And spreads them out</w:t>
      </w:r>
    </w:p>
    <w:p>
      <w:pPr>
        <w:spacing w:before="0" w:after="0" w:line="240" w:lineRule="auto"/>
        <w:jc w:val="left"/>
      </w:pPr>
      <w:r>
        <w:rPr>
          <w:b w:val="0"/>
        </w:rPr>
        <w:t>like a tent to dwell in.</w:t>
      </w:r>
    </w:p>
    <w:p>
      <w:pPr>
        <w:spacing w:before="0" w:after="0" w:line="240" w:lineRule="auto"/>
        <w:jc w:val="left"/>
      </w:pPr>
      <w:r>
        <w:rPr>
          <w:b w:val="0"/>
        </w:rPr>
        <w:t>23 He it is who reduces rulers to nothing, Who makes the judges of</w:t>
      </w:r>
    </w:p>
    <w:p>
      <w:pPr>
        <w:spacing w:before="0" w:after="0" w:line="240" w:lineRule="auto"/>
        <w:jc w:val="left"/>
      </w:pPr>
      <w:r>
        <w:rPr>
          <w:b w:val="0"/>
        </w:rPr>
        <w:t>the earth meaningless.</w:t>
      </w:r>
    </w:p>
    <w:p>
      <w:pPr>
        <w:spacing w:before="0" w:after="0" w:line="240" w:lineRule="auto"/>
        <w:jc w:val="left"/>
      </w:pPr>
      <w:r>
        <w:rPr>
          <w:b w:val="0"/>
        </w:rPr>
        <w:t>24 Scarcely have they been planted, Scarcely have they been sown, Scarcely has</w:t>
      </w:r>
    </w:p>
    <w:p>
      <w:pPr>
        <w:spacing w:before="0" w:after="0" w:line="240" w:lineRule="auto"/>
        <w:jc w:val="left"/>
      </w:pPr>
      <w:r>
        <w:rPr>
          <w:b w:val="0"/>
        </w:rPr>
        <w:t>their stock taken root in the earth, But He merely blows on them, and they wither, And</w:t>
      </w:r>
    </w:p>
    <w:p>
      <w:pPr>
        <w:spacing w:before="0" w:after="0" w:line="240" w:lineRule="auto"/>
        <w:jc w:val="left"/>
      </w:pPr>
      <w:r>
        <w:rPr>
          <w:b w:val="0"/>
        </w:rPr>
        <w:t>the storm carries them away like stubble.</w:t>
      </w:r>
    </w:p>
    <w:p>
      <w:pPr>
        <w:spacing w:before="0" w:after="0" w:line="240" w:lineRule="auto"/>
        <w:jc w:val="left"/>
      </w:pPr>
      <w:r>
        <w:rPr>
          <w:b w:val="0"/>
        </w:rPr>
        <w:t>25 "To whom then will you liken Me That I would be his equal?" says the Holy One.</w:t>
      </w:r>
    </w:p>
    <w:p>
      <w:pPr>
        <w:spacing w:before="0" w:after="0" w:line="240" w:lineRule="auto"/>
        <w:jc w:val="left"/>
      </w:pPr>
      <w:r>
        <w:rPr>
          <w:b w:val="0"/>
        </w:rPr>
        <w:t>26 Lift up your eyes on high And see who has created these stars, The One</w:t>
      </w:r>
    </w:p>
    <w:p>
      <w:pPr>
        <w:spacing w:before="0" w:after="0" w:line="240" w:lineRule="auto"/>
        <w:jc w:val="left"/>
      </w:pPr>
      <w:r>
        <w:rPr>
          <w:b w:val="0"/>
        </w:rPr>
        <w:t>who leads forth their host by number, He calls them all by name; Because of</w:t>
      </w:r>
    </w:p>
    <w:p>
      <w:pPr>
        <w:spacing w:before="0" w:after="0" w:line="240" w:lineRule="auto"/>
        <w:jc w:val="left"/>
      </w:pPr>
      <w:r>
        <w:rPr>
          <w:b w:val="0"/>
        </w:rPr>
        <w:t>the greatness of His might and the strength of His power, Not one of them is missing.</w:t>
      </w:r>
    </w:p>
    <w:p>
      <w:pPr>
        <w:spacing w:before="0" w:after="0" w:line="240" w:lineRule="auto"/>
        <w:jc w:val="left"/>
      </w:pPr>
      <w:r>
        <w:rPr>
          <w:b w:val="0"/>
        </w:rPr>
        <w:t>27 Why do you say, O Jacob, and assert, O Israel, "My way is hidden from</w:t>
      </w:r>
    </w:p>
    <w:p>
      <w:pPr>
        <w:spacing w:before="0" w:after="0" w:line="240" w:lineRule="auto"/>
        <w:jc w:val="left"/>
      </w:pPr>
      <w:r>
        <w:rPr>
          <w:b w:val="0"/>
        </w:rPr>
        <w:t>the LORD, And the justice due me escapes the notice of my God"?</w:t>
      </w:r>
    </w:p>
    <w:p>
      <w:pPr>
        <w:spacing w:before="0" w:after="0" w:line="240" w:lineRule="auto"/>
        <w:jc w:val="left"/>
      </w:pPr>
      <w:r>
        <w:rPr>
          <w:b w:val="0"/>
        </w:rPr>
        <w:t>28 Do you not know? Have you not heard? The Everlasting God, the LORD,</w:t>
      </w:r>
    </w:p>
    <w:p>
      <w:pPr>
        <w:spacing w:before="0" w:after="0" w:line="240" w:lineRule="auto"/>
        <w:jc w:val="left"/>
      </w:pPr>
      <w:r>
        <w:rPr>
          <w:b w:val="0"/>
        </w:rPr>
        <w:t>the Creator of the ends of the earth Does not become weary or tired.</w:t>
      </w:r>
    </w:p>
    <w:p>
      <w:pPr>
        <w:spacing w:before="0" w:after="0" w:line="240" w:lineRule="auto"/>
        <w:jc w:val="left"/>
      </w:pPr>
      <w:r>
        <w:rPr>
          <w:b w:val="0"/>
        </w:rPr>
        <w:t>His understanding is inscrutable.</w:t>
      </w:r>
    </w:p>
    <w:p>
      <w:pPr>
        <w:spacing w:before="0" w:after="0" w:line="240" w:lineRule="auto"/>
        <w:jc w:val="left"/>
      </w:pPr>
      <w:r>
        <w:rPr>
          <w:b w:val="0"/>
        </w:rPr>
        <w:t>29 He gives strength to the weary, And to him who lacks might He increases power.</w:t>
      </w:r>
    </w:p>
    <w:p>
      <w:pPr>
        <w:spacing w:before="0" w:after="0" w:line="240" w:lineRule="auto"/>
        <w:jc w:val="left"/>
      </w:pPr>
      <w:r>
        <w:rPr>
          <w:b w:val="0"/>
        </w:rPr>
        <w:t>30 Though youths grow weary and tired, And vigorous young men stumble badly,</w:t>
      </w:r>
    </w:p>
    <w:p>
      <w:pPr>
        <w:spacing w:before="0" w:after="0" w:line="240" w:lineRule="auto"/>
        <w:jc w:val="left"/>
      </w:pPr>
      <w:r>
        <w:rPr>
          <w:b w:val="0"/>
        </w:rPr>
      </w:r>
    </w:p>
    <w:p>
      <w:pPr>
        <w:spacing w:before="0" w:after="0" w:line="240" w:lineRule="auto"/>
        <w:jc w:val="left"/>
      </w:pPr>
      <w:r>
        <w:rPr>
          <w:b w:val="0"/>
        </w:rPr>
        <w:t>31 Yet those who wait for the LORD Will gain new strength; They will mount up</w:t>
      </w:r>
    </w:p>
    <w:p>
      <w:pPr>
        <w:spacing w:before="0" w:after="0" w:line="240" w:lineRule="auto"/>
        <w:jc w:val="left"/>
      </w:pPr>
      <w:r>
        <w:rPr>
          <w:b w:val="0"/>
        </w:rPr>
        <w:t>with wings like eagles, They will run and not get tired, They will walk and</w:t>
      </w:r>
    </w:p>
    <w:p>
      <w:pPr>
        <w:spacing w:before="0" w:after="0" w:line="240" w:lineRule="auto"/>
        <w:jc w:val="left"/>
      </w:pPr>
      <w:r>
        <w:rPr>
          <w:b w:val="0"/>
        </w:rPr>
        <w:t>not become weary.</w:t>
      </w:r>
    </w:p>
    <w:p>
      <w:pPr>
        <w:spacing w:before="0" w:after="0" w:line="240" w:lineRule="auto"/>
        <w:jc w:val="left"/>
      </w:pPr>
      <w:r>
        <w:rPr>
          <w:b w:val="0"/>
        </w:rPr>
        <w:t>Hebrews 12:5 and you have forgotten the exhortation which is addressed to you</w:t>
      </w:r>
    </w:p>
    <w:p>
      <w:pPr>
        <w:spacing w:before="0" w:after="0" w:line="240" w:lineRule="auto"/>
        <w:jc w:val="left"/>
      </w:pPr>
      <w:r>
        <w:rPr>
          <w:b w:val="0"/>
        </w:rPr>
        <w:t>as sons, "My son, do not regard lightly the discipline of the LORD, nor faint when you</w:t>
      </w:r>
    </w:p>
    <w:p>
      <w:pPr>
        <w:spacing w:before="0" w:after="0" w:line="240" w:lineRule="auto"/>
        <w:jc w:val="left"/>
      </w:pPr>
      <w:r>
        <w:rPr>
          <w:b w:val="0"/>
        </w:rPr>
        <w:t>are reproved by Him. 6 for those whom the LORD loves He disciplines, and</w:t>
      </w:r>
    </w:p>
    <w:p>
      <w:pPr>
        <w:spacing w:before="0" w:after="0" w:line="240" w:lineRule="auto"/>
        <w:jc w:val="left"/>
      </w:pPr>
      <w:r>
        <w:rPr>
          <w:b w:val="0"/>
        </w:rPr>
        <w:t>He scourges every son whom He receives."</w:t>
      </w:r>
    </w:p>
    <w:p>
      <w:pPr>
        <w:spacing w:before="0" w:after="0" w:line="240" w:lineRule="auto"/>
        <w:jc w:val="left"/>
      </w:pPr>
      <w:r>
        <w:rPr>
          <w:b w:val="0"/>
        </w:rPr>
        <w:t>Hebrews 12:11 All discipline for the moment seems not to be joyful,</w:t>
      </w:r>
    </w:p>
    <w:p>
      <w:pPr>
        <w:spacing w:before="0" w:after="0" w:line="240" w:lineRule="auto"/>
        <w:jc w:val="left"/>
      </w:pPr>
      <w:r>
        <w:rPr>
          <w:b w:val="0"/>
        </w:rPr>
        <w:t>but sorrowful; yet to those who have been trained by it, afterwards</w:t>
      </w:r>
    </w:p>
    <w:p>
      <w:pPr>
        <w:spacing w:before="0" w:after="0" w:line="240" w:lineRule="auto"/>
        <w:jc w:val="left"/>
      </w:pPr>
      <w:r>
        <w:rPr>
          <w:b w:val="0"/>
        </w:rPr>
        <w:t>it yields the peaceful fruit of righteousness.</w:t>
      </w:r>
    </w:p>
    <w:p>
      <w:pPr>
        <w:spacing w:before="0" w:after="0" w:line="240" w:lineRule="auto"/>
        <w:jc w:val="left"/>
      </w:pPr>
      <w:r>
        <w:rPr>
          <w:b w:val="0"/>
        </w:rPr>
        <w:t>1Peter 4:12 Beloved, do not be surprised at the fiery ordeal among you,</w:t>
      </w:r>
    </w:p>
    <w:p>
      <w:pPr>
        <w:spacing w:before="0" w:after="0" w:line="240" w:lineRule="auto"/>
        <w:jc w:val="left"/>
      </w:pPr>
      <w:r>
        <w:rPr>
          <w:b w:val="0"/>
        </w:rPr>
        <w:t>which comes upon you for your testing, as though some strange</w:t>
      </w:r>
    </w:p>
    <w:p>
      <w:pPr>
        <w:spacing w:before="0" w:after="0" w:line="240" w:lineRule="auto"/>
        <w:jc w:val="left"/>
      </w:pPr>
      <w:r>
        <w:rPr>
          <w:b w:val="0"/>
        </w:rPr>
        <w:t>thing were happening to you; 13 but to the degree that you share the sufferings</w:t>
      </w:r>
    </w:p>
    <w:p>
      <w:pPr>
        <w:spacing w:before="0" w:after="0" w:line="240" w:lineRule="auto"/>
        <w:jc w:val="left"/>
      </w:pPr>
      <w:r>
        <w:rPr>
          <w:b w:val="0"/>
        </w:rPr>
        <w:t>of Christ, keep on rejoicing, so that also at the revelation of His glory you</w:t>
      </w:r>
    </w:p>
    <w:p>
      <w:pPr>
        <w:spacing w:before="0" w:after="0" w:line="240" w:lineRule="auto"/>
        <w:jc w:val="left"/>
      </w:pPr>
      <w:r>
        <w:rPr>
          <w:b w:val="0"/>
        </w:rPr>
        <w:t>may rejoice with exultation.</w:t>
      </w:r>
    </w:p>
    <w:p>
      <w:pPr>
        <w:spacing w:before="0" w:after="0" w:line="240" w:lineRule="auto"/>
        <w:jc w:val="left"/>
      </w:pPr>
      <w:r>
        <w:rPr>
          <w:b w:val="0"/>
        </w:rPr>
      </w:r>
    </w:p>
    <w:p>
      <w:pPr>
        <w:spacing w:before="0" w:after="0" w:line="240" w:lineRule="auto"/>
        <w:jc w:val="left"/>
      </w:pPr>
      <w:r>
        <w:rPr>
          <w:b w:val="0"/>
        </w:rPr>
        <w:t>Psalm 37:1 Do not fret because of evildoers, Be not envious toward wrongdoers.</w:t>
      </w:r>
    </w:p>
    <w:p>
      <w:pPr>
        <w:spacing w:before="0" w:after="0" w:line="240" w:lineRule="auto"/>
        <w:jc w:val="left"/>
      </w:pPr>
      <w:r>
        <w:rPr>
          <w:b w:val="0"/>
        </w:rPr>
        <w:t>2 For they will wither quickly like the grass And fade like the green herb.</w:t>
      </w:r>
    </w:p>
    <w:p>
      <w:pPr>
        <w:spacing w:before="0" w:after="0" w:line="240" w:lineRule="auto"/>
        <w:jc w:val="left"/>
      </w:pPr>
      <w:r>
        <w:rPr>
          <w:b w:val="0"/>
        </w:rPr>
        <w:t>3 Trust in the LORD and do good; Dwell in the land and cultivate faithfulness.</w:t>
      </w:r>
    </w:p>
    <w:p>
      <w:pPr>
        <w:spacing w:before="0" w:after="0" w:line="240" w:lineRule="auto"/>
        <w:jc w:val="left"/>
      </w:pPr>
      <w:r>
        <w:rPr>
          <w:b w:val="0"/>
        </w:rPr>
        <w:t>4 Delight yourself in the LORD; And He will give you the desires of your heart.</w:t>
      </w:r>
    </w:p>
    <w:p>
      <w:pPr>
        <w:spacing w:before="0" w:after="0" w:line="240" w:lineRule="auto"/>
        <w:jc w:val="left"/>
      </w:pPr>
      <w:r>
        <w:rPr>
          <w:b w:val="0"/>
        </w:rPr>
        <w:t>5 Commit your way to the LORD, Trust also in Him, and He will do it.</w:t>
      </w:r>
    </w:p>
    <w:p>
      <w:pPr>
        <w:spacing w:before="0" w:after="0" w:line="240" w:lineRule="auto"/>
        <w:jc w:val="left"/>
      </w:pPr>
      <w:r>
        <w:rPr>
          <w:b w:val="0"/>
        </w:rPr>
        <w:t>6 He will bring forth your righteousness as the light And your judgment as</w:t>
      </w:r>
    </w:p>
    <w:p>
      <w:pPr>
        <w:spacing w:before="0" w:after="0" w:line="240" w:lineRule="auto"/>
        <w:jc w:val="left"/>
      </w:pPr>
      <w:r>
        <w:rPr>
          <w:b w:val="0"/>
        </w:rPr>
        <w:t>the noonday.</w:t>
      </w:r>
    </w:p>
    <w:p>
      <w:pPr>
        <w:spacing w:before="0" w:after="0" w:line="240" w:lineRule="auto"/>
        <w:jc w:val="left"/>
      </w:pPr>
      <w:r>
        <w:rPr>
          <w:b w:val="0"/>
        </w:rPr>
        <w:t>7 Rest in the LORD and wait patiently for Him; Do not fret because of him</w:t>
      </w:r>
    </w:p>
    <w:p>
      <w:pPr>
        <w:spacing w:before="0" w:after="0" w:line="240" w:lineRule="auto"/>
        <w:jc w:val="left"/>
      </w:pPr>
      <w:r>
        <w:rPr>
          <w:b w:val="0"/>
        </w:rPr>
        <w:t>who prospers in his way, Because of the man who carries out wicked schemes.</w:t>
      </w:r>
    </w:p>
    <w:p>
      <w:pPr>
        <w:spacing w:before="0" w:after="0" w:line="240" w:lineRule="auto"/>
        <w:jc w:val="left"/>
      </w:pPr>
      <w:r>
        <w:rPr>
          <w:b w:val="0"/>
        </w:rPr>
        <w:t>8 Cease from anger and forsake wrath; Do not fret; it leads only to evildoing.</w:t>
      </w:r>
    </w:p>
    <w:p>
      <w:pPr>
        <w:spacing w:before="0" w:after="0" w:line="240" w:lineRule="auto"/>
        <w:jc w:val="left"/>
      </w:pPr>
      <w:r>
        <w:rPr>
          <w:b w:val="0"/>
        </w:rPr>
        <w:t>9 For evildoers will be cut off, But those who wait for the LORD, they</w:t>
      </w:r>
    </w:p>
    <w:p>
      <w:pPr>
        <w:spacing w:before="0" w:after="0" w:line="240" w:lineRule="auto"/>
        <w:jc w:val="left"/>
      </w:pPr>
      <w:r>
        <w:rPr>
          <w:b w:val="0"/>
        </w:rPr>
        <w:t>will inherit the land.</w:t>
      </w:r>
    </w:p>
    <w:p>
      <w:pPr>
        <w:spacing w:before="0" w:after="0" w:line="240" w:lineRule="auto"/>
        <w:jc w:val="left"/>
      </w:pPr>
      <w:r>
        <w:rPr>
          <w:b w:val="0"/>
        </w:rPr>
        <w:t>10 Yet a little while and the wicked man will be no more; And you</w:t>
      </w:r>
    </w:p>
    <w:p>
      <w:pPr>
        <w:spacing w:before="0" w:after="0" w:line="240" w:lineRule="auto"/>
        <w:jc w:val="left"/>
      </w:pPr>
      <w:r>
        <w:rPr>
          <w:b w:val="0"/>
        </w:rPr>
        <w:t>will look carefully for his place and he will not be there.</w:t>
      </w:r>
    </w:p>
    <w:p>
      <w:pPr>
        <w:spacing w:before="0" w:after="0" w:line="240" w:lineRule="auto"/>
        <w:jc w:val="left"/>
      </w:pPr>
      <w:r>
        <w:rPr>
          <w:b w:val="0"/>
        </w:rPr>
        <w:t>11 But the humble will inherit the land And will delight themselves</w:t>
      </w:r>
    </w:p>
    <w:p>
      <w:pPr>
        <w:spacing w:before="0" w:after="0" w:line="240" w:lineRule="auto"/>
        <w:jc w:val="left"/>
      </w:pPr>
      <w:r>
        <w:rPr>
          <w:b w:val="0"/>
        </w:rPr>
        <w:t>in abundant prosperity.</w:t>
      </w:r>
    </w:p>
    <w:p>
      <w:pPr>
        <w:spacing w:before="0" w:after="0" w:line="240" w:lineRule="auto"/>
        <w:jc w:val="left"/>
      </w:pPr>
      <w:r>
        <w:rPr>
          <w:b w:val="0"/>
        </w:rPr>
        <w:t>12 The wicked plots against the righteous And gnashes at him with his teeth.</w:t>
      </w:r>
    </w:p>
    <w:p>
      <w:pPr>
        <w:spacing w:before="0" w:after="0" w:line="240" w:lineRule="auto"/>
        <w:jc w:val="left"/>
      </w:pPr>
      <w:r>
        <w:rPr>
          <w:b w:val="0"/>
        </w:rPr>
        <w:t>13 The Lord laughs at him, For He sees his day is coming.</w:t>
      </w:r>
    </w:p>
    <w:p>
      <w:pPr>
        <w:spacing w:before="0" w:after="0" w:line="240" w:lineRule="auto"/>
        <w:jc w:val="left"/>
      </w:pPr>
      <w:r>
        <w:rPr>
          <w:b w:val="0"/>
        </w:rPr>
        <w:t>14 The wicked have drawn the sword and bent their bow To cast down the afflicted an</w:t>
      </w:r>
    </w:p>
    <w:p>
      <w:pPr>
        <w:spacing w:before="0" w:after="0" w:line="240" w:lineRule="auto"/>
        <w:jc w:val="left"/>
      </w:pPr>
      <w:r>
        <w:rPr>
          <w:b w:val="0"/>
        </w:rPr>
        <w:t>d the needy, To slay those who are upright in conduct.</w:t>
      </w:r>
    </w:p>
    <w:p>
      <w:pPr>
        <w:spacing w:before="0" w:after="0" w:line="240" w:lineRule="auto"/>
        <w:jc w:val="left"/>
      </w:pPr>
      <w:r>
        <w:rPr>
          <w:b w:val="0"/>
        </w:rPr>
        <w:t>15 Their sword will enter their own heart, And their bows will be broken.</w:t>
      </w:r>
    </w:p>
    <w:p>
      <w:pPr>
        <w:spacing w:before="0" w:after="0" w:line="240" w:lineRule="auto"/>
        <w:jc w:val="left"/>
      </w:pPr>
      <w:r>
        <w:rPr>
          <w:b w:val="0"/>
        </w:rPr>
        <w:t>…</w:t>
      </w:r>
    </w:p>
    <w:p>
      <w:pPr>
        <w:spacing w:before="0" w:after="0" w:line="240" w:lineRule="auto"/>
        <w:jc w:val="left"/>
      </w:pPr>
      <w:r>
        <w:rPr>
          <w:b w:val="0"/>
        </w:rPr>
        <w:t>34 Wait for the LORD and keep His way, And He will exalt you to inherit the land;</w:t>
      </w:r>
    </w:p>
    <w:p>
      <w:pPr>
        <w:spacing w:before="0" w:after="0" w:line="240" w:lineRule="auto"/>
        <w:jc w:val="left"/>
      </w:pPr>
      <w:r>
        <w:rPr>
          <w:b w:val="0"/>
        </w:rPr>
        <w:t>When the wicked are cut off, you will see it.</w:t>
      </w:r>
    </w:p>
    <w:p>
      <w:pPr>
        <w:spacing w:before="0" w:after="0" w:line="240" w:lineRule="auto"/>
        <w:jc w:val="left"/>
      </w:pPr>
      <w:r>
        <w:rPr>
          <w:b w:val="0"/>
        </w:rPr>
      </w:r>
    </w:p>
    <w:p>
      <w:pPr>
        <w:spacing w:before="0" w:after="0" w:line="240" w:lineRule="auto"/>
        <w:jc w:val="left"/>
      </w:pPr>
      <w:r>
        <w:rPr>
          <w:b w:val="0"/>
        </w:rPr>
        <w:t>35 I have seen a wicked, violent man Spreading himself like a luxuriant tree in</w:t>
      </w:r>
    </w:p>
    <w:p>
      <w:pPr>
        <w:spacing w:before="0" w:after="0" w:line="240" w:lineRule="auto"/>
        <w:jc w:val="left"/>
      </w:pPr>
      <w:r>
        <w:rPr>
          <w:b w:val="0"/>
        </w:rPr>
        <w:t>its native soil.</w:t>
      </w:r>
    </w:p>
    <w:p>
      <w:pPr>
        <w:spacing w:before="0" w:after="0" w:line="240" w:lineRule="auto"/>
        <w:jc w:val="left"/>
      </w:pPr>
      <w:r>
        <w:rPr>
          <w:b w:val="0"/>
        </w:rPr>
        <w:t>36 Then he passed away, and lo, he was no more; I sought for him, but he could not</w:t>
      </w:r>
    </w:p>
    <w:p>
      <w:pPr>
        <w:spacing w:before="0" w:after="0" w:line="240" w:lineRule="auto"/>
        <w:jc w:val="left"/>
      </w:pPr>
      <w:r>
        <w:rPr>
          <w:b w:val="0"/>
        </w:rPr>
        <w:t>be found.</w:t>
      </w:r>
    </w:p>
    <w:p>
      <w:pPr>
        <w:spacing w:before="0" w:after="0" w:line="240" w:lineRule="auto"/>
        <w:jc w:val="left"/>
      </w:pPr>
      <w:r>
        <w:rPr>
          <w:b w:val="0"/>
        </w:rPr>
      </w:r>
    </w:p>
    <w:p>
      <w:pPr>
        <w:spacing w:before="0" w:after="0" w:line="240" w:lineRule="auto"/>
        <w:jc w:val="left"/>
      </w:pPr>
      <w:r>
        <w:rPr>
          <w:b w:val="0"/>
        </w:rPr>
        <w:t>Ps 94:1 O LORD, God of vengeance, God of vengeance, shine forth! 2 Rise up,</w:t>
      </w:r>
    </w:p>
    <w:p>
      <w:pPr>
        <w:spacing w:before="0" w:after="0" w:line="240" w:lineRule="auto"/>
        <w:jc w:val="left"/>
      </w:pPr>
      <w:r>
        <w:rPr>
          <w:b w:val="0"/>
        </w:rPr>
        <w:t>O Judge of the earth, Render recompense to the proud. 3 How long shall the wicked,</w:t>
      </w:r>
    </w:p>
    <w:p>
      <w:pPr>
        <w:spacing w:before="0" w:after="0" w:line="240" w:lineRule="auto"/>
        <w:jc w:val="left"/>
      </w:pPr>
      <w:r>
        <w:rPr>
          <w:b w:val="0"/>
        </w:rPr>
        <w:t>O LORD, How long shall the wicked exult? 4 They pour forth words,</w:t>
      </w:r>
    </w:p>
    <w:p>
      <w:pPr>
        <w:spacing w:before="0" w:after="0" w:line="240" w:lineRule="auto"/>
        <w:jc w:val="left"/>
      </w:pPr>
      <w:r>
        <w:rPr>
          <w:b w:val="0"/>
        </w:rPr>
        <w:t>they speak arrogantly; All who do wickedness vaunt themselves.</w:t>
      </w:r>
    </w:p>
    <w:p>
      <w:pPr>
        <w:spacing w:before="0" w:after="0" w:line="240" w:lineRule="auto"/>
        <w:jc w:val="left"/>
      </w:pPr>
      <w:r>
        <w:rPr>
          <w:b w:val="0"/>
        </w:rPr>
        <w:t>5 They crush Your people, O LORD, And afflict Your heritage. 6 They slay the</w:t>
      </w:r>
    </w:p>
    <w:p>
      <w:pPr>
        <w:spacing w:before="0" w:after="0" w:line="240" w:lineRule="auto"/>
        <w:jc w:val="left"/>
      </w:pPr>
      <w:r>
        <w:rPr>
          <w:b w:val="0"/>
        </w:rPr>
        <w:t>widow and the stranger And murder the orphans. 7 They have said, "The LORD does</w:t>
      </w:r>
    </w:p>
    <w:p>
      <w:pPr>
        <w:spacing w:before="0" w:after="0" w:line="240" w:lineRule="auto"/>
        <w:jc w:val="left"/>
      </w:pPr>
      <w:r>
        <w:rPr>
          <w:b w:val="0"/>
        </w:rPr>
        <w:t>not see, Nor does the God of Jacob pay heed.” 8 Pay heed, you senseless among</w:t>
      </w:r>
    </w:p>
    <w:p>
      <w:pPr>
        <w:spacing w:before="0" w:after="0" w:line="240" w:lineRule="auto"/>
        <w:jc w:val="left"/>
      </w:pPr>
      <w:r>
        <w:rPr>
          <w:b w:val="0"/>
        </w:rPr>
        <w:t>the people; And when will you understand, stupid ones? 9 He who planted the ear,</w:t>
      </w:r>
    </w:p>
    <w:p>
      <w:pPr>
        <w:spacing w:before="0" w:after="0" w:line="240" w:lineRule="auto"/>
        <w:jc w:val="left"/>
      </w:pPr>
      <w:r>
        <w:rPr>
          <w:b w:val="0"/>
        </w:rPr>
        <w:t>does He not hear? He who formed the eye, does He not see?</w:t>
      </w:r>
    </w:p>
    <w:p>
      <w:pPr>
        <w:spacing w:before="0" w:after="0" w:line="240" w:lineRule="auto"/>
        <w:jc w:val="left"/>
      </w:pPr>
      <w:r>
        <w:rPr>
          <w:b w:val="0"/>
        </w:rPr>
        <w:t>Proverbs 1:32 For the aimless wandering of the thoughtless will kill them, and the</w:t>
      </w:r>
    </w:p>
    <w:p>
      <w:pPr>
        <w:spacing w:before="0" w:after="0" w:line="240" w:lineRule="auto"/>
        <w:jc w:val="left"/>
      </w:pPr>
      <w:r>
        <w:rPr>
          <w:b w:val="0"/>
        </w:rPr>
        <w:t>smug overconfidence of fools will destroy them;</w:t>
      </w:r>
    </w:p>
    <w:p>
      <w:pPr>
        <w:spacing w:before="0" w:after="0" w:line="240" w:lineRule="auto"/>
        <w:jc w:val="left"/>
      </w:pPr>
      <w:r>
        <w:rPr>
          <w:b w:val="0"/>
        </w:rPr>
        <w:t>Isaiah 54:9 "For this is like the days of Noah to Me, When I swore that</w:t>
      </w:r>
    </w:p>
    <w:p>
      <w:pPr>
        <w:spacing w:before="0" w:after="0" w:line="240" w:lineRule="auto"/>
        <w:jc w:val="left"/>
      </w:pPr>
      <w:r>
        <w:rPr>
          <w:b w:val="0"/>
        </w:rPr>
        <w:t>the waters of Noah Would not flood the earth again; So I have sworn that I will not</w:t>
      </w:r>
    </w:p>
    <w:p>
      <w:pPr>
        <w:spacing w:before="0" w:after="0" w:line="240" w:lineRule="auto"/>
        <w:jc w:val="left"/>
      </w:pPr>
      <w:r>
        <w:rPr>
          <w:b w:val="0"/>
        </w:rPr>
        <w:t>be angry with you Nor will I rebuke you.</w:t>
      </w:r>
    </w:p>
    <w:p>
      <w:pPr>
        <w:spacing w:before="0" w:after="0" w:line="240" w:lineRule="auto"/>
        <w:jc w:val="left"/>
      </w:pPr>
      <w:r>
        <w:rPr>
          <w:b w:val="0"/>
        </w:rPr>
        <w:t>10 "For the mountains may be removed and the hills may shake, But</w:t>
      </w:r>
    </w:p>
    <w:p>
      <w:pPr>
        <w:spacing w:before="0" w:after="0" w:line="240" w:lineRule="auto"/>
        <w:jc w:val="left"/>
      </w:pPr>
      <w:r>
        <w:rPr>
          <w:b w:val="0"/>
        </w:rPr>
        <w:t>My lovingkindness will not be removed from you, And My covenant of peace will</w:t>
      </w:r>
    </w:p>
    <w:p>
      <w:pPr>
        <w:spacing w:before="0" w:after="0" w:line="240" w:lineRule="auto"/>
        <w:jc w:val="left"/>
      </w:pPr>
      <w:r>
        <w:rPr>
          <w:b w:val="0"/>
        </w:rPr>
        <w:t>not be shaken,” Says the LORD who has compassion on you.</w:t>
      </w:r>
    </w:p>
    <w:p>
      <w:pPr>
        <w:spacing w:before="0" w:after="0" w:line="240" w:lineRule="auto"/>
        <w:jc w:val="left"/>
      </w:pPr>
      <w:r>
        <w:rPr>
          <w:b w:val="0"/>
        </w:rPr>
        <w:t>Isaiah 54:11 "O afflicted one, storm-tossed, and not comforted, Behold, I</w:t>
      </w:r>
    </w:p>
    <w:p>
      <w:pPr>
        <w:spacing w:before="0" w:after="0" w:line="240" w:lineRule="auto"/>
        <w:jc w:val="left"/>
      </w:pPr>
      <w:r>
        <w:rPr>
          <w:b w:val="0"/>
        </w:rPr>
        <w:t>will set your stones in antimony, And your foundations I will lay in sapphires.</w:t>
      </w:r>
    </w:p>
    <w:p>
      <w:pPr>
        <w:spacing w:before="0" w:after="0" w:line="240" w:lineRule="auto"/>
        <w:jc w:val="left"/>
      </w:pPr>
      <w:r>
        <w:rPr>
          <w:b w:val="0"/>
        </w:rPr>
        <w:t>12 "Moreover, I will make your battlements of rubies, And your gates of crystal, And</w:t>
      </w:r>
    </w:p>
    <w:p>
      <w:pPr>
        <w:spacing w:before="0" w:after="0" w:line="240" w:lineRule="auto"/>
        <w:jc w:val="left"/>
      </w:pPr>
      <w:r>
        <w:rPr>
          <w:b w:val="0"/>
        </w:rPr>
        <w:t>your entire wall of precious stones.</w:t>
      </w:r>
    </w:p>
    <w:p>
      <w:pPr>
        <w:spacing w:before="0" w:after="0" w:line="240" w:lineRule="auto"/>
        <w:jc w:val="left"/>
      </w:pPr>
      <w:r>
        <w:rPr>
          <w:b w:val="0"/>
        </w:rPr>
        <w:t>13 "All your sons will be taught of the LORD; And the well-being of your sons will</w:t>
      </w:r>
    </w:p>
    <w:p>
      <w:pPr>
        <w:spacing w:before="0" w:after="0" w:line="240" w:lineRule="auto"/>
        <w:jc w:val="left"/>
      </w:pPr>
      <w:r>
        <w:rPr>
          <w:b w:val="0"/>
        </w:rPr>
        <w:t>be great.</w:t>
      </w:r>
    </w:p>
    <w:p>
      <w:pPr>
        <w:spacing w:before="0" w:after="0" w:line="240" w:lineRule="auto"/>
        <w:jc w:val="left"/>
      </w:pPr>
      <w:r>
        <w:rPr>
          <w:b w:val="0"/>
        </w:rPr>
        <w:t>14 "In righteousness you will be established; You will be far from oppression, for you</w:t>
      </w:r>
    </w:p>
    <w:p>
      <w:pPr>
        <w:spacing w:before="0" w:after="0" w:line="240" w:lineRule="auto"/>
        <w:jc w:val="left"/>
      </w:pPr>
      <w:r>
        <w:rPr>
          <w:b w:val="0"/>
        </w:rPr>
        <w:t>will not fear; And from terror, for it will not come near you.</w:t>
      </w:r>
    </w:p>
    <w:p>
      <w:pPr>
        <w:spacing w:before="0" w:after="0" w:line="240" w:lineRule="auto"/>
        <w:jc w:val="left"/>
      </w:pPr>
      <w:r>
        <w:rPr>
          <w:b w:val="0"/>
        </w:rPr>
        <w:t>15 "If anyone fiercely assails you it will not be from Me. Whoever assails you</w:t>
      </w:r>
    </w:p>
    <w:p>
      <w:pPr>
        <w:spacing w:before="0" w:after="0" w:line="240" w:lineRule="auto"/>
        <w:jc w:val="left"/>
      </w:pPr>
      <w:r>
        <w:rPr>
          <w:b w:val="0"/>
        </w:rPr>
        <w:t>will fall because of you.</w:t>
      </w:r>
    </w:p>
    <w:p>
      <w:pPr>
        <w:spacing w:before="0" w:after="0" w:line="240" w:lineRule="auto"/>
        <w:jc w:val="left"/>
      </w:pPr>
      <w:r>
        <w:rPr>
          <w:b w:val="0"/>
        </w:rPr>
        <w:t>16 “Behold, I Myself have created the smith who blows the fire of coals</w:t>
      </w:r>
    </w:p>
    <w:p>
      <w:pPr>
        <w:spacing w:before="0" w:after="0" w:line="240" w:lineRule="auto"/>
        <w:jc w:val="left"/>
      </w:pPr>
      <w:r>
        <w:rPr>
          <w:b w:val="0"/>
        </w:rPr>
        <w:t>And brings out a weapon for its work; And I have created the destroyer to ruin.</w:t>
      </w:r>
    </w:p>
    <w:p>
      <w:pPr>
        <w:spacing w:before="0" w:after="0" w:line="240" w:lineRule="auto"/>
        <w:jc w:val="left"/>
      </w:pPr>
      <w:r>
        <w:rPr>
          <w:b w:val="0"/>
        </w:rPr>
        <w:t>17 "No weapon that is formed against you will prosper;</w:t>
      </w:r>
    </w:p>
    <w:p>
      <w:pPr>
        <w:spacing w:before="0" w:after="0" w:line="240" w:lineRule="auto"/>
        <w:jc w:val="left"/>
      </w:pPr>
      <w:r>
        <w:rPr>
          <w:b w:val="0"/>
        </w:rPr>
        <w:t>And every tongue that accuses you in judgment you will condemn. This is</w:t>
      </w:r>
    </w:p>
    <w:p>
      <w:pPr>
        <w:spacing w:before="0" w:after="0" w:line="240" w:lineRule="auto"/>
        <w:jc w:val="left"/>
      </w:pPr>
      <w:r>
        <w:rPr>
          <w:b w:val="0"/>
        </w:rPr>
        <w:t>the heritage of the servants of the LORD, And their vindication is from</w:t>
      </w:r>
    </w:p>
    <w:p>
      <w:pPr>
        <w:spacing w:before="0" w:after="0" w:line="240" w:lineRule="auto"/>
        <w:jc w:val="left"/>
      </w:pPr>
      <w:r>
        <w:rPr>
          <w:b w:val="0"/>
        </w:rPr>
        <w:t>Me," declares the LORD.</w:t>
      </w:r>
    </w:p>
    <w:p>
      <w:pPr>
        <w:spacing w:before="0" w:after="0" w:line="240" w:lineRule="auto"/>
        <w:jc w:val="left"/>
      </w:pPr>
      <w:r>
        <w:rPr>
          <w:b w:val="0"/>
        </w:rPr>
      </w:r>
    </w:p>
    <w:p>
      <w:pPr>
        <w:spacing w:before="0" w:after="0" w:line="240" w:lineRule="auto"/>
        <w:jc w:val="left"/>
      </w:pPr>
      <w:r>
        <w:rPr>
          <w:b w:val="0"/>
        </w:rPr>
        <w:t>Isaiah 49:14 But Zion said, "The LORD has forsaken me, And the Lord has</w:t>
      </w:r>
    </w:p>
    <w:p>
      <w:pPr>
        <w:spacing w:before="0" w:after="0" w:line="240" w:lineRule="auto"/>
        <w:jc w:val="left"/>
      </w:pPr>
      <w:r>
        <w:rPr>
          <w:b w:val="0"/>
        </w:rPr>
        <w:t>forgotten me.” 15 "Can a woman forget her nursing child And have no compassion on</w:t>
      </w:r>
    </w:p>
    <w:p>
      <w:pPr>
        <w:spacing w:before="0" w:after="0" w:line="240" w:lineRule="auto"/>
        <w:jc w:val="left"/>
      </w:pPr>
      <w:r>
        <w:rPr>
          <w:b w:val="0"/>
        </w:rPr>
        <w:t>the son of her womb? Even these may forget, but I will not forget you. 16 "Behold, I</w:t>
      </w:r>
    </w:p>
    <w:p>
      <w:pPr>
        <w:spacing w:before="0" w:after="0" w:line="240" w:lineRule="auto"/>
        <w:jc w:val="left"/>
      </w:pPr>
      <w:r>
        <w:rPr>
          <w:b w:val="0"/>
        </w:rPr>
        <w:t>have inscribed you on the palms of My hands; Your walls are continually before Me.</w:t>
      </w:r>
    </w:p>
    <w:p>
      <w:pPr>
        <w:spacing w:before="0" w:after="0" w:line="240" w:lineRule="auto"/>
        <w:jc w:val="left"/>
      </w:pPr>
      <w:r>
        <w:rPr>
          <w:b w:val="0"/>
        </w:rPr>
        <w:t>Isaiah 41:8 "But you, Israel, My servant, Jacob whom I have chosen, Descendant</w:t>
      </w:r>
    </w:p>
    <w:p>
      <w:pPr>
        <w:spacing w:before="0" w:after="0" w:line="240" w:lineRule="auto"/>
        <w:jc w:val="left"/>
      </w:pPr>
      <w:r>
        <w:rPr>
          <w:b w:val="0"/>
        </w:rPr>
        <w:t>of Abraham My friend,</w:t>
      </w:r>
    </w:p>
    <w:p>
      <w:pPr>
        <w:spacing w:before="0" w:after="0" w:line="240" w:lineRule="auto"/>
        <w:jc w:val="left"/>
      </w:pPr>
      <w:r>
        <w:rPr>
          <w:b w:val="0"/>
        </w:rPr>
        <w:t>9 You whom I have taken from the ends of the earth, And called from</w:t>
      </w:r>
    </w:p>
    <w:p>
      <w:pPr>
        <w:spacing w:before="0" w:after="0" w:line="240" w:lineRule="auto"/>
        <w:jc w:val="left"/>
      </w:pPr>
      <w:r>
        <w:rPr>
          <w:b w:val="0"/>
        </w:rPr>
        <w:t>its remotest parts And said to you, 'You are My servant, I have chosen you and</w:t>
      </w:r>
    </w:p>
    <w:p>
      <w:pPr>
        <w:spacing w:before="0" w:after="0" w:line="240" w:lineRule="auto"/>
        <w:jc w:val="left"/>
      </w:pPr>
      <w:r>
        <w:rPr>
          <w:b w:val="0"/>
        </w:rPr>
        <w:t>not rejected you.</w:t>
      </w:r>
    </w:p>
    <w:p>
      <w:pPr>
        <w:spacing w:before="0" w:after="0" w:line="240" w:lineRule="auto"/>
        <w:jc w:val="left"/>
      </w:pPr>
      <w:r>
        <w:rPr>
          <w:b w:val="0"/>
        </w:rPr>
        <w:t>10 'Do not fear, for I am with you; Do not anxiously look about you, for I am</w:t>
      </w:r>
    </w:p>
    <w:p>
      <w:pPr>
        <w:spacing w:before="0" w:after="0" w:line="240" w:lineRule="auto"/>
        <w:jc w:val="left"/>
      </w:pPr>
      <w:r>
        <w:rPr>
          <w:b w:val="0"/>
        </w:rPr>
        <w:t>your God. I will strengthen you, surely I will help you, Surely I will uphold you with</w:t>
      </w:r>
    </w:p>
    <w:p>
      <w:pPr>
        <w:spacing w:before="0" w:after="0" w:line="240" w:lineRule="auto"/>
        <w:jc w:val="left"/>
      </w:pPr>
      <w:r>
        <w:rPr>
          <w:b w:val="0"/>
        </w:rPr>
        <w:t>My righteous right hand.'</w:t>
      </w:r>
    </w:p>
    <w:p>
      <w:pPr>
        <w:spacing w:before="0" w:after="0" w:line="240" w:lineRule="auto"/>
        <w:jc w:val="left"/>
      </w:pPr>
      <w:r>
        <w:rPr>
          <w:b w:val="0"/>
        </w:rPr>
        <w:t>11 "Behold, all those who are angered at you will be shamed and</w:t>
      </w:r>
    </w:p>
    <w:p>
      <w:pPr>
        <w:spacing w:before="0" w:after="0" w:line="240" w:lineRule="auto"/>
        <w:jc w:val="left"/>
      </w:pPr>
      <w:r>
        <w:rPr>
          <w:b w:val="0"/>
        </w:rPr>
        <w:t>dishonored; Those who contend with you will be as nothing and will perish.</w:t>
      </w:r>
    </w:p>
    <w:p>
      <w:pPr>
        <w:spacing w:before="0" w:after="0" w:line="240" w:lineRule="auto"/>
        <w:jc w:val="left"/>
      </w:pPr>
      <w:r>
        <w:rPr>
          <w:b w:val="0"/>
        </w:rPr>
        <w:t>1 2 " Yo u w i l l s e e k t h o s e w h o q u a r r e l w i t h y o u , b u t w i l l</w:t>
      </w:r>
    </w:p>
    <w:p>
      <w:pPr>
        <w:spacing w:before="0" w:after="0" w:line="240" w:lineRule="auto"/>
        <w:jc w:val="left"/>
      </w:pPr>
      <w:r>
        <w:rPr>
          <w:b w:val="0"/>
        </w:rPr>
        <w:t>not find them, Those who war with you will be as nothing and non-existent.</w:t>
      </w:r>
    </w:p>
    <w:p>
      <w:pPr>
        <w:spacing w:before="0" w:after="0" w:line="240" w:lineRule="auto"/>
        <w:jc w:val="left"/>
      </w:pPr>
      <w:r>
        <w:rPr>
          <w:b w:val="0"/>
        </w:rPr>
        <w:t>13 "For I am the LORD your God, who upholds your right hand, Who says to you, 'Do</w:t>
      </w:r>
    </w:p>
    <w:p>
      <w:pPr>
        <w:spacing w:before="0" w:after="0" w:line="240" w:lineRule="auto"/>
        <w:jc w:val="left"/>
      </w:pPr>
      <w:r>
        <w:rPr>
          <w:b w:val="0"/>
        </w:rPr>
        <w:t>not fear, I will help you.'</w:t>
      </w:r>
    </w:p>
    <w:p>
      <w:pPr>
        <w:spacing w:before="0" w:after="0" w:line="240" w:lineRule="auto"/>
        <w:jc w:val="left"/>
      </w:pPr>
      <w:r>
        <w:rPr>
          <w:b w:val="0"/>
        </w:rPr>
        <w:t>14 "Do not fear, you worm Jacob, you men of Israel; I will help you,</w:t>
      </w:r>
    </w:p>
    <w:p>
      <w:pPr>
        <w:spacing w:before="0" w:after="0" w:line="240" w:lineRule="auto"/>
        <w:jc w:val="left"/>
      </w:pPr>
      <w:r>
        <w:rPr>
          <w:b w:val="0"/>
        </w:rPr>
        <w:t>declares the LORD, "and your Redeemer is the Holy One of Israel.</w:t>
      </w:r>
    </w:p>
    <w:p>
      <w:pPr>
        <w:spacing w:before="0" w:after="0" w:line="240" w:lineRule="auto"/>
        <w:jc w:val="left"/>
      </w:pPr>
      <w:r>
        <w:rPr>
          <w:b w:val="0"/>
        </w:rPr>
        <w:t>15 "Behold, I have made you a new, sharp threshing sledge with double edges; You</w:t>
      </w:r>
    </w:p>
    <w:p>
      <w:pPr>
        <w:spacing w:before="0" w:after="0" w:line="240" w:lineRule="auto"/>
        <w:jc w:val="left"/>
      </w:pPr>
      <w:r>
        <w:rPr>
          <w:b w:val="0"/>
        </w:rPr>
        <w:t>will thresh the mountains and pulverize them, And will make the hills like chaff.</w:t>
      </w:r>
    </w:p>
    <w:p>
      <w:pPr>
        <w:spacing w:before="0" w:after="0" w:line="240" w:lineRule="auto"/>
        <w:jc w:val="left"/>
      </w:pPr>
      <w:r>
        <w:rPr>
          <w:b w:val="0"/>
        </w:rPr>
        <w:t>16 "You will winnow them, and the wind will carry them away, And</w:t>
      </w:r>
    </w:p>
    <w:p>
      <w:pPr>
        <w:spacing w:before="0" w:after="0" w:line="240" w:lineRule="auto"/>
        <w:jc w:val="left"/>
      </w:pPr>
      <w:r>
        <w:rPr>
          <w:b w:val="0"/>
        </w:rPr>
        <w:t>the storm will scatter them; But you will rejoice in the LORD, You will glory in</w:t>
      </w:r>
    </w:p>
    <w:p>
      <w:pPr>
        <w:spacing w:before="0" w:after="0" w:line="240" w:lineRule="auto"/>
        <w:jc w:val="left"/>
      </w:pPr>
      <w:r>
        <w:rPr>
          <w:b w:val="0"/>
        </w:rPr>
        <w:t>the Holy One of Israel.</w:t>
      </w:r>
    </w:p>
    <w:p>
      <w:pPr>
        <w:spacing w:before="0" w:after="0" w:line="240" w:lineRule="auto"/>
        <w:jc w:val="left"/>
      </w:pPr>
      <w:r>
        <w:rPr>
          <w:b w:val="0"/>
        </w:rPr>
      </w:r>
    </w:p>
    <w:sectPr w:rsidR="00FC693F" w:rsidRPr="0006063C" w:rsidSect="00034616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