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b w:val="0"/>
        </w:rPr>
        <w:t>Northwest Bible Church - June 7, 2026 - Titus - Joe Hinton</w:t>
      </w:r>
    </w:p>
    <w:p>
      <w:pPr>
        <w:spacing w:before="0" w:after="0" w:line="240" w:lineRule="auto"/>
        <w:jc w:val="center"/>
      </w:pPr>
      <w:r>
        <w:rPr>
          <w:b/>
        </w:rPr>
        <w:t>Titus 2:11-14</w:t>
      </w:r>
    </w:p>
    <w:p>
      <w:pPr>
        <w:spacing w:before="0" w:after="0" w:line="240" w:lineRule="auto"/>
        <w:jc w:val="center"/>
      </w:pPr>
      <w:r>
        <w:rPr>
          <w:b w:val="0"/>
        </w:rPr>
        <w:t>Grace Appeared</w:t>
      </w:r>
    </w:p>
    <w:p>
      <w:pPr>
        <w:spacing w:before="0" w:after="0" w:line="240" w:lineRule="auto"/>
        <w:jc w:val="left"/>
      </w:pPr>
    </w:p>
    <w:p>
      <w:pPr>
        <w:spacing w:before="0" w:after="0" w:line="240" w:lineRule="auto"/>
        <w:jc w:val="left"/>
      </w:pPr>
      <w:r>
        <w:rPr>
          <w:b w:val="0"/>
        </w:rPr>
        <w:t>Intro</w:t>
      </w:r>
    </w:p>
    <w:p>
      <w:pPr>
        <w:spacing w:before="0" w:after="0" w:line="240" w:lineRule="auto"/>
        <w:jc w:val="left"/>
      </w:pPr>
      <w:r>
        <w:rPr>
          <w:b w:val="0"/>
        </w:rPr>
        <w:t>Titus, Crete, Purpose of the letter</w:t>
      </w:r>
    </w:p>
    <w:p>
      <w:pPr>
        <w:spacing w:before="0" w:after="0" w:line="240" w:lineRule="auto"/>
        <w:jc w:val="left"/>
      </w:pPr>
    </w:p>
    <w:p>
      <w:pPr>
        <w:spacing w:before="0" w:after="0" w:line="240" w:lineRule="auto"/>
        <w:jc w:val="left"/>
      </w:pPr>
      <w:r>
        <w:rPr>
          <w:b/>
        </w:rPr>
        <w:t>A. FOR THE GRACE OF GOD HAS APPEARED (Titus 2:11).</w:t>
      </w:r>
    </w:p>
    <w:p>
      <w:pPr>
        <w:spacing w:before="0" w:after="0" w:line="240" w:lineRule="auto"/>
        <w:jc w:val="left"/>
      </w:pPr>
      <w:r>
        <w:rPr>
          <w:b w:val="0"/>
        </w:rPr>
        <w:t>1. “For” - what proceeds is the cause of what precedes.</w:t>
      </w:r>
    </w:p>
    <w:p>
      <w:pPr>
        <w:spacing w:before="0" w:after="0" w:line="240" w:lineRule="auto"/>
        <w:jc w:val="left"/>
      </w:pPr>
      <w:r>
        <w:rPr>
          <w:b w:val="0"/>
        </w:rPr>
        <w:t>2. Grace has appeared.</w:t>
      </w:r>
    </w:p>
    <w:p>
      <w:pPr>
        <w:spacing w:before="0" w:after="0" w:line="240" w:lineRule="auto"/>
        <w:jc w:val="left"/>
      </w:pPr>
      <w:r>
        <w:rPr>
          <w:b/>
        </w:rPr>
        <w:t>a. The gospel - Titus 1:3.</w:t>
      </w:r>
    </w:p>
    <w:p>
      <w:pPr>
        <w:spacing w:before="0" w:after="0" w:line="240" w:lineRule="auto"/>
        <w:jc w:val="left"/>
      </w:pPr>
      <w:r>
        <w:rPr>
          <w:b/>
        </w:rPr>
        <w:t>b. Christ - John 1:14, 17-18; 2 Timothy 1:9-10. Grace is a person.</w:t>
      </w:r>
    </w:p>
    <w:p>
      <w:pPr>
        <w:spacing w:before="0" w:after="0" w:line="240" w:lineRule="auto"/>
        <w:jc w:val="left"/>
      </w:pPr>
      <w:r>
        <w:rPr>
          <w:b/>
        </w:rPr>
        <w:t>c. The work of grace - regeneration, salvation, justification, sanctification.</w:t>
      </w:r>
    </w:p>
    <w:p>
      <w:pPr>
        <w:spacing w:before="0" w:after="0" w:line="240" w:lineRule="auto"/>
        <w:jc w:val="left"/>
      </w:pPr>
    </w:p>
    <w:p>
      <w:pPr>
        <w:spacing w:before="0" w:after="0" w:line="240" w:lineRule="auto"/>
        <w:jc w:val="left"/>
      </w:pPr>
      <w:r>
        <w:rPr>
          <w:b/>
        </w:rPr>
        <w:t>B. TRAINING US (Titus 2:12).</w:t>
      </w:r>
    </w:p>
    <w:p>
      <w:pPr>
        <w:spacing w:before="0" w:after="0" w:line="240" w:lineRule="auto"/>
        <w:jc w:val="left"/>
      </w:pPr>
      <w:r>
        <w:rPr>
          <w:b w:val="0"/>
        </w:rPr>
        <w:t>1. Training - disciplined instruction, like a child.</w:t>
      </w:r>
    </w:p>
    <w:p>
      <w:pPr>
        <w:spacing w:before="0" w:after="0" w:line="240" w:lineRule="auto"/>
        <w:jc w:val="left"/>
      </w:pPr>
      <w:r>
        <w:rPr>
          <w:b w:val="0"/>
        </w:rPr>
        <w:t>2. Negative and positive training.</w:t>
      </w:r>
    </w:p>
    <w:p>
      <w:pPr>
        <w:spacing w:before="0" w:after="0" w:line="240" w:lineRule="auto"/>
        <w:jc w:val="left"/>
      </w:pPr>
      <w:r>
        <w:rPr>
          <w:b w:val="0"/>
        </w:rPr>
        <w:t>3. Renounce - completely disown and reject.</w:t>
      </w:r>
    </w:p>
    <w:p>
      <w:pPr>
        <w:spacing w:before="0" w:after="0" w:line="240" w:lineRule="auto"/>
        <w:jc w:val="left"/>
      </w:pPr>
      <w:r>
        <w:rPr>
          <w:b w:val="0"/>
        </w:rPr>
        <w:t>4. Live godly lives.</w:t>
      </w:r>
    </w:p>
    <w:p>
      <w:pPr>
        <w:spacing w:before="0" w:after="0" w:line="240" w:lineRule="auto"/>
        <w:jc w:val="left"/>
      </w:pPr>
      <w:r>
        <w:rPr>
          <w:b w:val="0"/>
        </w:rPr>
        <w:t>5. “the goodness and loving kindness” of God’s grace.</w:t>
      </w:r>
    </w:p>
    <w:p>
      <w:pPr>
        <w:spacing w:before="0" w:after="0" w:line="240" w:lineRule="auto"/>
        <w:jc w:val="left"/>
      </w:pPr>
    </w:p>
    <w:p>
      <w:pPr>
        <w:spacing w:before="0" w:after="0" w:line="240" w:lineRule="auto"/>
        <w:jc w:val="left"/>
      </w:pPr>
      <w:r>
        <w:rPr>
          <w:b/>
        </w:rPr>
        <w:t>C. WAITING FOR OUR BLESSED HOPE (Titus 2:13).</w:t>
      </w:r>
    </w:p>
    <w:p>
      <w:pPr>
        <w:spacing w:before="0" w:after="0" w:line="240" w:lineRule="auto"/>
        <w:jc w:val="left"/>
      </w:pPr>
      <w:r>
        <w:rPr>
          <w:b w:val="0"/>
        </w:rPr>
        <w:t>1. Not passive - 1 Peter 1:13; Hebrews 12:1; 2 Peter 3:11-12.</w:t>
      </w:r>
    </w:p>
    <w:p>
      <w:pPr>
        <w:spacing w:before="0" w:after="0" w:line="240" w:lineRule="auto"/>
        <w:jc w:val="left"/>
      </w:pPr>
      <w:r>
        <w:rPr>
          <w:b w:val="0"/>
        </w:rPr>
        <w:t>2. Our blessed hope.</w:t>
      </w:r>
    </w:p>
    <w:p>
      <w:pPr>
        <w:spacing w:before="0" w:after="0" w:line="240" w:lineRule="auto"/>
        <w:jc w:val="left"/>
      </w:pPr>
      <w:r>
        <w:rPr>
          <w:b/>
        </w:rPr>
        <w:t>a. Christ Himself.</w:t>
      </w:r>
    </w:p>
    <w:p>
      <w:pPr>
        <w:spacing w:before="0" w:after="0" w:line="240" w:lineRule="auto"/>
        <w:jc w:val="left"/>
      </w:pPr>
      <w:r>
        <w:rPr>
          <w:b/>
        </w:rPr>
        <w:t>b. The fulfillment of all God’s promises.</w:t>
      </w:r>
    </w:p>
    <w:p>
      <w:pPr>
        <w:spacing w:before="0" w:after="0" w:line="240" w:lineRule="auto"/>
        <w:jc w:val="left"/>
      </w:pPr>
      <w:r>
        <w:rPr>
          <w:b/>
        </w:rPr>
        <w:t>c. His glory.</w:t>
      </w:r>
    </w:p>
    <w:p>
      <w:pPr>
        <w:spacing w:before="0" w:after="0" w:line="240" w:lineRule="auto"/>
        <w:jc w:val="left"/>
      </w:pPr>
    </w:p>
    <w:p>
      <w:pPr>
        <w:spacing w:before="0" w:after="0" w:line="240" w:lineRule="auto"/>
        <w:jc w:val="left"/>
      </w:pPr>
      <w:r>
        <w:rPr>
          <w:b/>
        </w:rPr>
        <w:t>D. REDEEMED (Titus 2:14).</w:t>
      </w:r>
    </w:p>
    <w:p>
      <w:pPr>
        <w:spacing w:before="0" w:after="0" w:line="240" w:lineRule="auto"/>
        <w:jc w:val="left"/>
      </w:pPr>
      <w:r>
        <w:rPr>
          <w:b w:val="0"/>
        </w:rPr>
        <w:t>1. Matthew 20:28.</w:t>
      </w:r>
    </w:p>
    <w:p>
      <w:pPr>
        <w:spacing w:before="0" w:after="0" w:line="240" w:lineRule="auto"/>
        <w:jc w:val="left"/>
      </w:pPr>
      <w:r>
        <w:rPr>
          <w:b w:val="0"/>
        </w:rPr>
        <w:t>2. To pay for the liberation of a captive.</w:t>
      </w:r>
    </w:p>
    <w:p>
      <w:pPr>
        <w:spacing w:before="0" w:after="0" w:line="240" w:lineRule="auto"/>
        <w:jc w:val="left"/>
      </w:pPr>
      <w:r>
        <w:rPr>
          <w:b w:val="0"/>
        </w:rPr>
        <w:t>3. Redeemed from what?</w:t>
      </w:r>
    </w:p>
    <w:p>
      <w:pPr>
        <w:spacing w:before="0" w:after="0" w:line="240" w:lineRule="auto"/>
        <w:jc w:val="left"/>
      </w:pPr>
    </w:p>
    <w:p>
      <w:pPr>
        <w:spacing w:before="0" w:after="0" w:line="240" w:lineRule="auto"/>
        <w:jc w:val="left"/>
      </w:pPr>
      <w:r>
        <w:rPr>
          <w:b/>
        </w:rPr>
        <w:t>E. ZEALOUS FOR GOOD WORKS.</w:t>
      </w:r>
    </w:p>
    <w:p>
      <w:pPr>
        <w:spacing w:before="0" w:after="0" w:line="240" w:lineRule="auto"/>
        <w:jc w:val="left"/>
      </w:pPr>
      <w:r>
        <w:rPr>
          <w:b w:val="0"/>
        </w:rPr>
        <w:t>1. Ephesians 2:10.</w:t>
      </w:r>
    </w:p>
    <w:p>
      <w:pPr>
        <w:spacing w:before="0" w:after="0" w:line="240" w:lineRule="auto"/>
        <w:jc w:val="left"/>
      </w:pPr>
      <w:r>
        <w:rPr>
          <w:b w:val="0"/>
        </w:rPr>
        <w:t>2. What makes a good work good?</w:t>
      </w:r>
    </w:p>
    <w:p>
      <w:pPr>
        <w:spacing w:before="0" w:after="0" w:line="240" w:lineRule="auto"/>
        <w:jc w:val="left"/>
      </w:pPr>
      <w:r>
        <w:rPr>
          <w:b w:val="0"/>
        </w:rPr>
        <w:t>3. Practical application.</w:t>
      </w:r>
    </w:p>
    <w:sectPr w:rsidR="00FC693F" w:rsidRPr="0006063C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